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DejaVu Sans" w:hAnsi="DejaVu Sans"/>
          <w:b/>
          <w:i w:val="0"/>
          <w:sz w:val="21"/>
        </w:rPr>
        <w:t>BuildIQ.lt</w:t>
      </w:r>
    </w:p>
    <w:p>
      <w:pPr>
        <w:spacing w:after="40"/>
        <w:jc w:val="center"/>
      </w:pPr>
      <w:r>
        <w:rPr>
          <w:rFonts w:ascii="DejaVu Sans" w:hAnsi="DejaVu Sans"/>
          <w:b/>
          <w:i w:val="0"/>
          <w:sz w:val="36"/>
        </w:rPr>
        <w:t>DARBŲ PRIĖMIMO–PERDAVIMO AKTAS</w:t>
      </w:r>
    </w:p>
    <w:p>
      <w:pPr>
        <w:spacing w:after="160"/>
        <w:jc w:val="center"/>
      </w:pPr>
      <w:r>
        <w:rPr>
          <w:rFonts w:ascii="DejaVu Sans" w:hAnsi="DejaVu Sans"/>
          <w:b w:val="0"/>
          <w:i/>
          <w:sz w:val="18"/>
        </w:rPr>
        <w:t>Remonto ar statybos darbų / etapo užbaigimui</w:t>
      </w:r>
    </w:p>
    <w:p>
      <w:pPr>
        <w:spacing w:after="60"/>
      </w:pPr>
      <w:r>
        <w:rPr>
          <w:rFonts w:ascii="DejaVu Sans" w:hAnsi="DejaVu Sans"/>
          <w:b/>
          <w:i w:val="0"/>
          <w:sz w:val="18"/>
        </w:rPr>
        <w:t xml:space="preserve">Objektas: </w:t>
      </w:r>
      <w:r>
        <w:rPr>
          <w:rFonts w:ascii="DejaVu Sans" w:hAnsi="DejaVu Sans"/>
          <w:b w:val="0"/>
          <w:i w:val="0"/>
          <w:sz w:val="18"/>
        </w:rPr>
        <w:t xml:space="preserve">[________________________]   </w:t>
      </w:r>
      <w:r>
        <w:rPr>
          <w:rFonts w:ascii="DejaVu Sans" w:hAnsi="DejaVu Sans"/>
          <w:b/>
          <w:i w:val="0"/>
          <w:sz w:val="18"/>
        </w:rPr>
        <w:t xml:space="preserve">Akto data: </w:t>
      </w:r>
      <w:r>
        <w:rPr>
          <w:rFonts w:ascii="DejaVu Sans" w:hAnsi="DejaVu Sans"/>
          <w:b w:val="0"/>
          <w:i w:val="0"/>
          <w:sz w:val="18"/>
        </w:rPr>
        <w:t>[__________]</w:t>
      </w:r>
    </w:p>
    <w:p>
      <w:pPr>
        <w:spacing w:after="120"/>
      </w:pPr>
      <w:r>
        <w:rPr>
          <w:rFonts w:ascii="DejaVu Sans" w:hAnsi="DejaVu Sans"/>
          <w:b/>
          <w:i w:val="0"/>
          <w:sz w:val="18"/>
        </w:rPr>
        <w:t xml:space="preserve">Užsakovas: </w:t>
      </w:r>
      <w:r>
        <w:rPr>
          <w:rFonts w:ascii="DejaVu Sans" w:hAnsi="DejaVu Sans"/>
          <w:b w:val="0"/>
          <w:i w:val="0"/>
          <w:sz w:val="18"/>
        </w:rPr>
        <w:t xml:space="preserve">[________________]   </w:t>
      </w:r>
      <w:r>
        <w:rPr>
          <w:rFonts w:ascii="DejaVu Sans" w:hAnsi="DejaVu Sans"/>
          <w:b/>
          <w:i w:val="0"/>
          <w:sz w:val="18"/>
        </w:rPr>
        <w:t xml:space="preserve">Rangovas: </w:t>
      </w:r>
      <w:r>
        <w:rPr>
          <w:rFonts w:ascii="DejaVu Sans" w:hAnsi="DejaVu Sans"/>
          <w:b w:val="0"/>
          <w:i w:val="0"/>
          <w:sz w:val="18"/>
        </w:rPr>
        <w:t>[________________]</w:t>
      </w:r>
    </w:p>
    <w:p>
      <w:r>
        <w:rPr>
          <w:rFonts w:ascii="DejaVu Sans" w:hAnsi="DejaVu Sans"/>
          <w:b/>
          <w:i w:val="0"/>
          <w:sz w:val="23"/>
        </w:rPr>
        <w:t>1. Perduodami darbai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7"/>
              </w:rPr>
              <w:t>Nr.</w:t>
            </w:r>
          </w:p>
        </w:tc>
        <w:tc>
          <w:tcPr>
            <w:tcW w:type="dxa" w:w="3400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7"/>
              </w:rPr>
              <w:t>Atliktas darbas / etapas</w:t>
            </w:r>
          </w:p>
        </w:tc>
        <w:tc>
          <w:tcPr>
            <w:tcW w:type="dxa" w:w="3400"/>
            <w:shd w:fill="D9E1F2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/>
                <w:i w:val="0"/>
                <w:sz w:val="17"/>
              </w:rPr>
              <w:t>Pastaba</w:t>
            </w:r>
          </w:p>
        </w:tc>
      </w:tr>
      <w:tr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1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[____________________________]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[____________]</w:t>
            </w:r>
          </w:p>
        </w:tc>
      </w:tr>
      <w:tr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2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[____________________________]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[____________]</w:t>
            </w:r>
          </w:p>
        </w:tc>
      </w:tr>
      <w:tr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3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[____________________________]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[____________]</w:t>
            </w:r>
          </w:p>
        </w:tc>
      </w:tr>
      <w:tr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4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[____________________________]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[____________]</w:t>
            </w:r>
          </w:p>
        </w:tc>
      </w:tr>
      <w:tr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5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[____________________________]</w:t>
            </w:r>
          </w:p>
        </w:tc>
        <w:tc>
          <w:tcPr>
            <w:tcW w:type="dxa" w:w="34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6"/>
              </w:rPr>
              <w:t>[____________]</w:t>
            </w:r>
          </w:p>
        </w:tc>
      </w:tr>
    </w:tbl>
    <w:p>
      <w:pPr>
        <w:spacing w:before="100"/>
      </w:pPr>
      <w:r>
        <w:rPr>
          <w:rFonts w:ascii="DejaVu Sans" w:hAnsi="DejaVu Sans"/>
          <w:b/>
          <w:i w:val="0"/>
          <w:sz w:val="23"/>
        </w:rPr>
        <w:t>2. Užsakovo pastabos / trūkumai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r>
        <w:rPr>
          <w:rFonts w:ascii="DejaVu Sans" w:hAnsi="DejaVu Sans"/>
          <w:b/>
          <w:i w:val="0"/>
          <w:sz w:val="23"/>
        </w:rPr>
        <w:t>3. Susitarimas dėl pataisymų</w:t>
      </w:r>
    </w:p>
    <w:p>
      <w:pPr>
        <w:spacing w:after="40"/>
      </w:pPr>
      <w:r>
        <w:rPr>
          <w:rFonts w:ascii="DejaVu Sans" w:hAnsi="DejaVu Sans"/>
          <w:b/>
          <w:i w:val="0"/>
          <w:sz w:val="18"/>
        </w:rPr>
        <w:t xml:space="preserve">Likę pataisymai: </w:t>
      </w:r>
      <w:r>
        <w:rPr>
          <w:rFonts w:ascii="DejaVu Sans" w:hAnsi="DejaVu Sans"/>
          <w:b w:val="0"/>
          <w:i w:val="0"/>
          <w:sz w:val="18"/>
        </w:rPr>
        <w:t>[____________________________________________]</w:t>
      </w:r>
    </w:p>
    <w:p>
      <w:pPr>
        <w:spacing w:after="60"/>
      </w:pPr>
      <w:r>
        <w:rPr>
          <w:rFonts w:ascii="DejaVu Sans" w:hAnsi="DejaVu Sans"/>
          <w:b/>
          <w:i w:val="0"/>
          <w:sz w:val="18"/>
        </w:rPr>
        <w:t xml:space="preserve">Sutartas pataisymų terminas: </w:t>
      </w:r>
      <w:r>
        <w:rPr>
          <w:rFonts w:ascii="DejaVu Sans" w:hAnsi="DejaVu Sans"/>
          <w:b w:val="0"/>
          <w:i w:val="0"/>
          <w:sz w:val="18"/>
        </w:rPr>
        <w:t>[________________]</w:t>
      </w:r>
    </w:p>
    <w:p>
      <w:r>
        <w:rPr>
          <w:rFonts w:ascii="DejaVu Sans" w:hAnsi="DejaVu Sans"/>
          <w:b/>
          <w:i w:val="0"/>
          <w:sz w:val="23"/>
        </w:rPr>
        <w:t>4. Priėmimas</w:t>
      </w:r>
    </w:p>
    <w:p>
      <w:pPr>
        <w:spacing w:after="20"/>
      </w:pPr>
      <w:r>
        <w:rPr>
          <w:rFonts w:ascii="DejaVu Sans" w:hAnsi="DejaVu Sans"/>
          <w:b w:val="0"/>
          <w:i w:val="0"/>
          <w:sz w:val="18"/>
        </w:rPr>
        <w:t>☐ Darbai priimti be pastabų.</w:t>
      </w:r>
    </w:p>
    <w:p>
      <w:pPr>
        <w:spacing w:after="20"/>
      </w:pPr>
      <w:r>
        <w:rPr>
          <w:rFonts w:ascii="DejaVu Sans" w:hAnsi="DejaVu Sans"/>
          <w:b w:val="0"/>
          <w:i w:val="0"/>
          <w:sz w:val="18"/>
        </w:rPr>
        <w:t>☐ Darbai priimti su šiame akte nurodytomis pastabomis.</w:t>
      </w:r>
    </w:p>
    <w:p>
      <w:pPr>
        <w:spacing w:after="20"/>
      </w:pPr>
      <w:r>
        <w:rPr>
          <w:rFonts w:ascii="DejaVu Sans" w:hAnsi="DejaVu Sans"/>
          <w:b w:val="0"/>
          <w:i w:val="0"/>
          <w:sz w:val="18"/>
        </w:rPr>
        <w:t>☐ Darbai dar nepriimami – reikalingi aukščiau nurodyti pataisymai.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  <w:shd w:fill="EDEDED"/>
          </w:tcPr>
          <w:p>
            <w:r/>
            <w:r>
              <w:rPr>
                <w:rFonts w:ascii="DejaVu Sans" w:hAnsi="DejaVu Sans"/>
                <w:b/>
                <w:i w:val="0"/>
                <w:sz w:val="17"/>
              </w:rPr>
              <w:t>UŽSAKOVAS</w:t>
            </w:r>
          </w:p>
        </w:tc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  <w:shd w:fill="EDEDED"/>
          </w:tcPr>
          <w:p>
            <w:r/>
            <w:r>
              <w:rPr>
                <w:rFonts w:ascii="DejaVu Sans" w:hAnsi="DejaVu Sans"/>
                <w:b/>
                <w:i w:val="0"/>
                <w:sz w:val="17"/>
              </w:rPr>
              <w:t>RANGOVAS / VYKDYTOJAS</w:t>
            </w:r>
          </w:p>
        </w:tc>
      </w:tr>
      <w:tr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Vardas / parašas: __________________</w:t>
            </w:r>
          </w:p>
        </w:tc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Vardas / parašas: __________________</w:t>
            </w:r>
          </w:p>
        </w:tc>
      </w:tr>
      <w:tr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Data: __________________</w:t>
            </w:r>
          </w:p>
        </w:tc>
        <w:tc>
          <w:tcPr>
            <w:tcW w:type="dxa" w:w="5100"/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r/>
            <w:r>
              <w:rPr>
                <w:rFonts w:ascii="DejaVu Sans" w:hAnsi="DejaVu Sans"/>
                <w:b w:val="0"/>
                <w:i w:val="0"/>
                <w:sz w:val="17"/>
              </w:rPr>
              <w:t>Data: 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/>
        <w:b w:val="0"/>
        <w:i w:val="0"/>
        <w:sz w:val="16"/>
      </w:rPr>
      <w:t>BuildIQ.lt • Dokumento šablonas • Pritaikykite konkrečiam objektui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