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DejaVu Sans" w:hAnsi="DejaVu Sans"/>
          <w:b/>
          <w:i w:val="0"/>
          <w:sz w:val="21"/>
        </w:rPr>
        <w:t>BuildIQ.lt</w:t>
      </w:r>
    </w:p>
    <w:p>
      <w:pPr>
        <w:spacing w:after="40"/>
        <w:jc w:val="center"/>
      </w:pPr>
      <w:r>
        <w:rPr>
          <w:rFonts w:ascii="DejaVu Sans" w:hAnsi="DejaVu Sans"/>
          <w:b/>
          <w:i w:val="0"/>
          <w:sz w:val="36"/>
        </w:rPr>
        <w:t>PAPILDOMŲ DARBŲ SUSITARIMAS</w:t>
      </w:r>
    </w:p>
    <w:p>
      <w:pPr>
        <w:spacing w:after="160"/>
        <w:jc w:val="center"/>
      </w:pPr>
      <w:r>
        <w:rPr>
          <w:rFonts w:ascii="DejaVu Sans" w:hAnsi="DejaVu Sans"/>
          <w:b w:val="0"/>
          <w:i/>
          <w:sz w:val="18"/>
        </w:rPr>
        <w:t>Priedas prie remonto / statybos darbų sutarties</w:t>
      </w:r>
    </w:p>
    <w:p>
      <w:pPr>
        <w:spacing w:after="60"/>
      </w:pPr>
      <w:r>
        <w:rPr>
          <w:rFonts w:ascii="DejaVu Sans" w:hAnsi="DejaVu Sans"/>
          <w:b/>
          <w:i w:val="0"/>
          <w:sz w:val="18"/>
        </w:rPr>
        <w:t xml:space="preserve">Objektas: </w:t>
      </w:r>
      <w:r>
        <w:rPr>
          <w:rFonts w:ascii="DejaVu Sans" w:hAnsi="DejaVu Sans"/>
          <w:b w:val="0"/>
          <w:i w:val="0"/>
          <w:sz w:val="18"/>
        </w:rPr>
        <w:t xml:space="preserve">[________________________]   </w:t>
      </w:r>
      <w:r>
        <w:rPr>
          <w:rFonts w:ascii="DejaVu Sans" w:hAnsi="DejaVu Sans"/>
          <w:b/>
          <w:i w:val="0"/>
          <w:sz w:val="18"/>
        </w:rPr>
        <w:t xml:space="preserve">Data: </w:t>
      </w:r>
      <w:r>
        <w:rPr>
          <w:rFonts w:ascii="DejaVu Sans" w:hAnsi="DejaVu Sans"/>
          <w:b w:val="0"/>
          <w:i w:val="0"/>
          <w:sz w:val="18"/>
        </w:rPr>
        <w:t>[__________]</w:t>
      </w:r>
    </w:p>
    <w:p>
      <w:pPr>
        <w:spacing w:after="120"/>
      </w:pPr>
      <w:r>
        <w:rPr>
          <w:rFonts w:ascii="DejaVu Sans" w:hAnsi="DejaVu Sans"/>
          <w:b/>
          <w:i w:val="0"/>
          <w:sz w:val="18"/>
        </w:rPr>
        <w:t xml:space="preserve">Užsakovas: </w:t>
      </w:r>
      <w:r>
        <w:rPr>
          <w:rFonts w:ascii="DejaVu Sans" w:hAnsi="DejaVu Sans"/>
          <w:b w:val="0"/>
          <w:i w:val="0"/>
          <w:sz w:val="18"/>
        </w:rPr>
        <w:t xml:space="preserve">[________________]   </w:t>
      </w:r>
      <w:r>
        <w:rPr>
          <w:rFonts w:ascii="DejaVu Sans" w:hAnsi="DejaVu Sans"/>
          <w:b/>
          <w:i w:val="0"/>
          <w:sz w:val="18"/>
        </w:rPr>
        <w:t xml:space="preserve">Rangovas: </w:t>
      </w:r>
      <w:r>
        <w:rPr>
          <w:rFonts w:ascii="DejaVu Sans" w:hAnsi="DejaVu Sans"/>
          <w:b w:val="0"/>
          <w:i w:val="0"/>
          <w:sz w:val="18"/>
        </w:rPr>
        <w:t>[________________]</w:t>
      </w:r>
    </w:p>
    <w:p>
      <w:r>
        <w:rPr>
          <w:rFonts w:ascii="DejaVu Sans" w:hAnsi="DejaVu Sans"/>
          <w:b/>
          <w:i w:val="0"/>
          <w:sz w:val="23"/>
        </w:rPr>
        <w:t>1. Papildomi darbai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D9E1F2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5"/>
              </w:rPr>
              <w:t>Nr.</w:t>
            </w:r>
          </w:p>
        </w:tc>
        <w:tc>
          <w:tcPr>
            <w:tcW w:type="dxa" w:w="2040"/>
            <w:shd w:fill="D9E1F2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5"/>
              </w:rPr>
              <w:t>Papildomas darbas</w:t>
            </w:r>
          </w:p>
        </w:tc>
        <w:tc>
          <w:tcPr>
            <w:tcW w:type="dxa" w:w="2040"/>
            <w:shd w:fill="D9E1F2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5"/>
              </w:rPr>
              <w:t>Kiekis</w:t>
            </w:r>
          </w:p>
        </w:tc>
        <w:tc>
          <w:tcPr>
            <w:tcW w:type="dxa" w:w="2040"/>
            <w:shd w:fill="D9E1F2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5"/>
              </w:rPr>
              <w:t>Kaina</w:t>
            </w:r>
          </w:p>
        </w:tc>
        <w:tc>
          <w:tcPr>
            <w:tcW w:type="dxa" w:w="2040"/>
            <w:shd w:fill="D9E1F2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5"/>
              </w:rPr>
              <w:t>Pastabos</w:t>
            </w:r>
          </w:p>
        </w:tc>
      </w:tr>
      <w:tr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1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[________________]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[___]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 EUR]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[________]</w:t>
            </w:r>
          </w:p>
        </w:tc>
      </w:tr>
      <w:tr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2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[________________]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[___]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 EUR]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[________]</w:t>
            </w:r>
          </w:p>
        </w:tc>
      </w:tr>
      <w:tr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3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[________________]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[___]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 EUR]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[________]</w:t>
            </w:r>
          </w:p>
        </w:tc>
      </w:tr>
      <w:tr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4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[________________]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[___]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 EUR]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[________]</w:t>
            </w:r>
          </w:p>
        </w:tc>
      </w:tr>
      <w:tr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5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[________________]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[___]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 EUR]</w:t>
            </w:r>
          </w:p>
        </w:tc>
        <w:tc>
          <w:tcPr>
            <w:tcW w:type="dxa" w:w="204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5"/>
              </w:rPr>
              <w:t>[________]</w:t>
            </w:r>
          </w:p>
        </w:tc>
      </w:tr>
    </w:tbl>
    <w:p>
      <w:pPr>
        <w:spacing w:after="80"/>
        <w:jc w:val="right"/>
      </w:pPr>
      <w:r>
        <w:rPr>
          <w:rFonts w:ascii="DejaVu Sans" w:hAnsi="DejaVu Sans"/>
          <w:b/>
          <w:i w:val="0"/>
          <w:sz w:val="19"/>
        </w:rPr>
        <w:t>Papildomų darbų bendra suma: __________ EUR</w:t>
      </w:r>
    </w:p>
    <w:p>
      <w:r>
        <w:rPr>
          <w:rFonts w:ascii="DejaVu Sans" w:hAnsi="DejaVu Sans"/>
          <w:b/>
          <w:i w:val="0"/>
          <w:sz w:val="23"/>
        </w:rPr>
        <w:t>2. Atsiradimo priežastis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r>
        <w:rPr>
          <w:rFonts w:ascii="DejaVu Sans" w:hAnsi="DejaVu Sans"/>
          <w:b/>
          <w:i w:val="0"/>
          <w:sz w:val="23"/>
        </w:rPr>
        <w:t>3. Įtaka terminui</w:t>
      </w:r>
    </w:p>
    <w:p>
      <w:pPr>
        <w:spacing w:after="20"/>
      </w:pPr>
      <w:r>
        <w:rPr>
          <w:rFonts w:ascii="DejaVu Sans" w:hAnsi="DejaVu Sans"/>
          <w:b w:val="0"/>
          <w:i w:val="0"/>
          <w:sz w:val="18"/>
        </w:rPr>
        <w:t>☐ Darbų terminas nesikeičia.</w:t>
      </w:r>
    </w:p>
    <w:p>
      <w:pPr>
        <w:spacing w:after="20"/>
      </w:pPr>
      <w:r>
        <w:rPr>
          <w:rFonts w:ascii="DejaVu Sans" w:hAnsi="DejaVu Sans"/>
          <w:b w:val="0"/>
          <w:i w:val="0"/>
          <w:sz w:val="18"/>
        </w:rPr>
        <w:t>☐ Darbų terminas keičiasi iki: [________________].</w:t>
      </w:r>
    </w:p>
    <w:p>
      <w:r>
        <w:rPr>
          <w:rFonts w:ascii="DejaVu Sans" w:hAnsi="DejaVu Sans"/>
          <w:b/>
          <w:i w:val="0"/>
          <w:sz w:val="23"/>
        </w:rPr>
        <w:t>4. Patvirtinimas</w:t>
      </w:r>
    </w:p>
    <w:p>
      <w:pPr>
        <w:spacing w:after="80"/>
      </w:pPr>
      <w:r>
        <w:rPr>
          <w:rFonts w:ascii="DejaVu Sans" w:hAnsi="DejaVu Sans"/>
          <w:b w:val="0"/>
          <w:i w:val="0"/>
          <w:sz w:val="18"/>
        </w:rPr>
        <w:t>Šalys patvirtina, kad papildomų darbų apimtis, kaina ir poveikis terminui suderinti prieš šių darbų atlikimą.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tcMar>
              <w:top w:w="45" w:type="dxa"/>
              <w:start w:w="45" w:type="dxa"/>
              <w:bottom w:w="45" w:type="dxa"/>
              <w:end w:w="45" w:type="dxa"/>
            </w:tcMar>
            <w:shd w:fill="EDEDED"/>
          </w:tcPr>
          <w:p>
            <w:r/>
            <w:r>
              <w:rPr>
                <w:rFonts w:ascii="DejaVu Sans" w:hAnsi="DejaVu Sans"/>
                <w:b/>
                <w:i w:val="0"/>
                <w:sz w:val="17"/>
              </w:rPr>
              <w:t>UŽSAKOVAS</w:t>
            </w:r>
          </w:p>
        </w:tc>
        <w:tc>
          <w:tcPr>
            <w:tcW w:type="dxa" w:w="5100"/>
            <w:tcMar>
              <w:top w:w="45" w:type="dxa"/>
              <w:start w:w="45" w:type="dxa"/>
              <w:bottom w:w="45" w:type="dxa"/>
              <w:end w:w="45" w:type="dxa"/>
            </w:tcMar>
            <w:shd w:fill="EDEDED"/>
          </w:tcPr>
          <w:p>
            <w:r/>
            <w:r>
              <w:rPr>
                <w:rFonts w:ascii="DejaVu Sans" w:hAnsi="DejaVu Sans"/>
                <w:b/>
                <w:i w:val="0"/>
                <w:sz w:val="17"/>
              </w:rPr>
              <w:t>RANGOVAS / VYKDYTOJAS</w:t>
            </w:r>
          </w:p>
        </w:tc>
      </w:tr>
      <w:tr>
        <w:tc>
          <w:tcPr>
            <w:tcW w:type="dxa" w:w="51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7"/>
              </w:rPr>
              <w:t>Vardas / parašas: __________________</w:t>
            </w:r>
          </w:p>
        </w:tc>
        <w:tc>
          <w:tcPr>
            <w:tcW w:type="dxa" w:w="51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7"/>
              </w:rPr>
              <w:t>Vardas / parašas: __________________</w:t>
            </w:r>
          </w:p>
        </w:tc>
      </w:tr>
      <w:tr>
        <w:tc>
          <w:tcPr>
            <w:tcW w:type="dxa" w:w="51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7"/>
              </w:rPr>
              <w:t>Data: __________________</w:t>
            </w:r>
          </w:p>
        </w:tc>
        <w:tc>
          <w:tcPr>
            <w:tcW w:type="dxa" w:w="51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7"/>
              </w:rPr>
              <w:t>Data: 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22" w:right="1020" w:bottom="822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ejaVu Sans" w:hAnsi="DejaVu Sans"/>
        <w:b w:val="0"/>
        <w:i w:val="0"/>
        <w:sz w:val="16"/>
      </w:rPr>
      <w:t>BuildIQ.lt • Dokumento šablonas • Pritaikykite konkrečiam objektui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